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28"/>
        </w:rPr>
        <w:t>[Ihr Firmenname]</w:t>
      </w:r>
    </w:p>
    <w:p>
      <w:pPr>
        <w:spacing w:after="40" w:before="0"/>
      </w:pPr>
      <w:r>
        <w:rPr>
          <w:b w:val="0"/>
          <w:color w:val="6B7280"/>
          <w:sz w:val="19"/>
        </w:rPr>
        <w:t>[Straße Hausnummer] · [PLZ Ort] · [Telefon] · [E-Mail]</w:t>
      </w:r>
    </w:p>
    <w:p>
      <w:pPr>
        <w:spacing w:after="240" w:before="0"/>
      </w:pPr>
      <w:r>
        <w:rPr>
          <w:b w:val="0"/>
          <w:color w:val="6B7280"/>
          <w:sz w:val="19"/>
        </w:rPr>
        <w:t>Steuernummer: [00/000/00000] oder USt-IdNr.: [DE000000000]</w:t>
      </w:r>
    </w:p>
    <w:p>
      <w:pPr>
        <w:spacing w:after="40" w:before="0"/>
      </w:pPr>
      <w:r>
        <w:rPr>
          <w:b w:val="0"/>
          <w:color w:val="6B7280"/>
          <w:sz w:val="16"/>
        </w:rPr>
        <w:t>ANGEBOT AN</w:t>
      </w:r>
    </w:p>
    <w:p>
      <w:pPr>
        <w:spacing w:after="0" w:before="0"/>
      </w:pPr>
      <w:r>
        <w:rPr>
          <w:b w:val="0"/>
        </w:rPr>
        <w:t>[Name des Kunden]</w:t>
      </w:r>
    </w:p>
    <w:p>
      <w:pPr>
        <w:spacing w:after="0" w:before="0"/>
      </w:pPr>
      <w:r>
        <w:rPr>
          <w:b w:val="0"/>
        </w:rPr>
        <w:t>[Straße Hausnummer]</w:t>
      </w:r>
    </w:p>
    <w:p>
      <w:pPr>
        <w:spacing w:after="200" w:before="0"/>
      </w:pPr>
      <w:r>
        <w:rPr>
          <w:b w:val="0"/>
        </w:rPr>
        <w:t>[PLZ Ort]</w:t>
      </w:r>
    </w:p>
    <w:p>
      <w:pPr>
        <w:spacing w:after="120" w:before="0"/>
      </w:pPr>
      <w:r>
        <w:rPr>
          <w:b/>
          <w:color w:val="00A844"/>
          <w:sz w:val="40"/>
        </w:rPr>
        <w:t>ANGEBOT</w:t>
      </w:r>
    </w:p>
    <w:p>
      <w:pPr>
        <w:spacing w:after="40"/>
      </w:pPr>
      <w:r>
        <w:rPr>
          <w:b/>
        </w:rPr>
        <w:t xml:space="preserve">Angebotsnummer: </w:t>
      </w:r>
      <w:r>
        <w:t>[AN-2026-0001]</w:t>
      </w:r>
    </w:p>
    <w:p>
      <w:pPr>
        <w:spacing w:after="40"/>
      </w:pPr>
      <w:r>
        <w:rPr>
          <w:b/>
        </w:rPr>
        <w:t xml:space="preserve">Datum: </w:t>
      </w:r>
      <w:r>
        <w:t>[TT.MM.JJJJ]</w:t>
      </w:r>
    </w:p>
    <w:p>
      <w:pPr>
        <w:spacing w:after="40"/>
      </w:pPr>
      <w:r>
        <w:rPr>
          <w:b/>
        </w:rPr>
        <w:t xml:space="preserve">Gültig bis: </w:t>
      </w:r>
      <w:r>
        <w:t>[TT.MM.JJJJ]</w:t>
      </w:r>
    </w:p>
    <w:p>
      <w:pPr>
        <w:spacing w:after="40"/>
      </w:pPr>
      <w:r>
        <w:rPr>
          <w:b/>
        </w:rPr>
        <w:t xml:space="preserve">Ort der Arbeiten: </w:t>
      </w:r>
      <w:r>
        <w:t>[Adresse, falls abweichend]</w:t>
      </w:r>
    </w:p>
    <w:p>
      <w:pPr>
        <w:spacing w:after="8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[Sehr geehrte Frau / Sehr geehrter Herr …,] vielen Dank für Ihre Anfrage. Wir bieten Ihnen an:</w:t>
      </w:r>
    </w:p>
    <w:tbl>
      <w:tblPr>
        <w:tblStyle w:val="TableGrid"/>
        <w:tblW w:type="dxa" w:w="9411"/>
        <w:tblLayout w:type="fixed"/>
        <w:tblLook w:firstColumn="1" w:firstRow="1" w:lastColumn="0" w:lastRow="0" w:noHBand="0" w:noVBand="1" w:val="04A0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624"/>
        <w:gridCol w:w="4195"/>
        <w:gridCol w:w="964"/>
        <w:gridCol w:w="1020"/>
        <w:gridCol w:w="1304"/>
        <w:gridCol w:w="1304"/>
      </w:tblGrid>
      <w:tr>
        <w:trPr>
          <w:tblHeader w:val="true"/>
        </w:trPr>
        <w:tc>
          <w:tcPr>
            <w:tcW w:type="dxa" w:w="624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Pos.</w:t>
            </w:r>
          </w:p>
        </w:tc>
        <w:tc>
          <w:tcPr>
            <w:tcW w:type="dxa" w:w="4195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Leistung</w:t>
            </w:r>
          </w:p>
        </w:tc>
        <w:tc>
          <w:tcPr>
            <w:tcW w:type="dxa" w:w="96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Menge</w:t>
            </w:r>
          </w:p>
        </w:tc>
        <w:tc>
          <w:tcPr>
            <w:tcW w:type="dxa" w:w="1020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Einheit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Einzelpreis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Betrag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[Leistung möglichst genau beschreiben]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[m²]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B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[Bedarfsposition: nur nach Absprache, nicht in der Summe]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Summe netto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zzgl. 19 %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Gesamtbetrag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60" w:before="0"/>
      </w:pPr>
      <w:r>
        <w:rPr>
          <w:b w:val="0"/>
          <w:sz w:val="19"/>
        </w:rPr>
        <w:t>An dieses Angebot halten wir uns bis zum [Datum] gebunden.</w:t>
      </w:r>
    </w:p>
    <w:p>
      <w:pPr>
        <w:spacing w:after="60" w:before="0"/>
      </w:pPr>
      <w:r>
        <w:rPr>
          <w:b w:val="0"/>
          <w:sz w:val="19"/>
        </w:rPr>
        <w:t>Abgerechnet wird nach tatsächlich ausgeführter Menge zu den angebotenen Einheitspreisen.</w:t>
      </w:r>
    </w:p>
    <w:p>
      <w:pPr>
        <w:spacing w:after="60" w:before="0"/>
      </w:pPr>
      <w:r>
        <w:rPr>
          <w:b w:val="0"/>
          <w:sz w:val="19"/>
        </w:rPr>
        <w:t>Enthaltene Arbeits-, Maschinen- und Fahrtkosten: [0,00 €] brutto.</w:t>
      </w:r>
    </w:p>
    <w:p>
      <w:pPr>
        <w:spacing w:after="60" w:before="0"/>
      </w:pPr>
      <w:r>
        <w:rPr>
          <w:b w:val="0"/>
          <w:sz w:val="19"/>
        </w:rPr>
        <w:t>Mit der Auftragserteilung stimmen Sie zu, dass wir die Rechnung als PDF per E-Mail senden.</w:t>
      </w:r>
    </w:p>
    <w:p>
      <w:pPr>
        <w:spacing w:after="80" w:before="200"/>
      </w:pPr>
      <w:r>
        <w:rPr>
          <w:b w:val="0"/>
        </w:rPr>
        <w:t>Auftrag erteilt: Ort, Datum, Unterschrift ______________________________</w:t>
      </w:r>
    </w:p>
    <w:p>
      <w:pPr>
        <w:pageBreakBefore/>
        <w:spacing w:after="200" w:before="0"/>
      </w:pPr>
      <w:r>
        <w:rPr>
          <w:b/>
          <w:color w:val="00A844"/>
          <w:sz w:val="28"/>
        </w:rPr>
        <w:t>Ausfüllhilfe: diese Seite vor dem Versand löschen</w:t>
      </w:r>
    </w:p>
    <w:p>
      <w:pPr>
        <w:spacing w:after="200" w:before="0"/>
      </w:pPr>
      <w:r>
        <w:rPr>
          <w:b w:val="0"/>
        </w:rPr>
        <w:t>Ersetzen Sie alle Angaben in [eckigen Klammern]. Word rechnet in dieser Vorlage nicht selbst: Prüfen Sie Summen und Steuer vor dem Versand.</w:t>
      </w:r>
    </w:p>
    <w:p>
      <w:pPr>
        <w:spacing w:after="140"/>
      </w:pPr>
      <w:r>
        <w:rPr>
          <w:b/>
        </w:rPr>
        <w:t xml:space="preserve">Gültig bis und Bindefrist: </w:t>
      </w:r>
      <w:r>
        <w:t>Datum nennen, damit klar ist, wie lange Sie gebunden sind (§ 148 BGB). Wählen Sie eine Frist, in der Sie Ihre Preise halten können.</w:t>
      </w:r>
    </w:p>
    <w:p>
      <w:pPr>
        <w:spacing w:after="140"/>
      </w:pPr>
      <w:r>
        <w:rPr>
          <w:b/>
        </w:rPr>
        <w:t xml:space="preserve">Abrechnung: </w:t>
      </w:r>
      <w:r>
        <w:t>Für einen Festbetrag ersetzen Sie den Satz durch: „Der Gesamtbetrag ist ein Pauschalpreis. Zusatzwünsche berechnen wir nach vorheriger Absprache gesondert.“</w:t>
      </w:r>
    </w:p>
    <w:p>
      <w:pPr>
        <w:spacing w:after="140"/>
      </w:pPr>
      <w:r>
        <w:rPr>
          <w:b/>
        </w:rPr>
        <w:t xml:space="preserve">Bedarfsposition: </w:t>
      </w:r>
      <w:r>
        <w:t>Steht im Angebot, zählt aber nicht zum Gesamtbetrag. Nicht benötigt? Zeile löschen.</w:t>
      </w:r>
    </w:p>
    <w:p>
      <w:pPr>
        <w:spacing w:after="140"/>
      </w:pPr>
      <w:r>
        <w:rPr>
          <w:b/>
        </w:rPr>
        <w:t xml:space="preserve">Arbeitskosten: </w:t>
      </w:r>
      <w:r>
        <w:t>An Privatkunden sinnvoll wegen § 35a EStG. An Geschäftskunden Satz löschen.</w:t>
      </w:r>
    </w:p>
    <w:p>
      <w:pPr>
        <w:spacing w:after="140"/>
      </w:pPr>
      <w:r>
        <w:rPr>
          <w:b/>
        </w:rPr>
        <w:t xml:space="preserve">Geschäftskunden: </w:t>
      </w:r>
      <w:r>
        <w:t>Netto ist üblich. Privatkunden nennen Sie den Gesamtbetrag einschließlich Umsatzsteuer (§ 3 PAngV).</w:t>
      </w:r>
    </w:p>
    <w:p>
      <w:pPr>
        <w:spacing w:after="140"/>
      </w:pPr>
      <w:r>
        <w:rPr>
          <w:b/>
        </w:rPr>
        <w:t xml:space="preserve">Kleinunternehmer: </w:t>
      </w:r>
      <w:r>
        <w:t>USt-Zeilen löschen und schreiben: „Gemäß § 19 UStG wird keine Umsatzsteuer berechnet.“</w:t>
      </w:r>
    </w:p>
    <w:p>
      <w:pPr>
        <w:spacing w:after="140"/>
      </w:pPr>
      <w:r>
        <w:rPr>
          <w:b/>
        </w:rPr>
        <w:t xml:space="preserve">Auftrag beim Kunden zu Hause: </w:t>
      </w:r>
      <w:r>
        <w:t>Privatkunden haben dann in der Regel 14 Tage Widerrufsrecht. Legen Sie die Widerrufsbelehrung bei: invoicebetter.de/kostenvoranschlag-angebot/#zuhause</w:t>
      </w:r>
    </w:p>
    <w:p>
      <w:pPr>
        <w:spacing w:after="140"/>
      </w:pPr>
      <w:r>
        <w:rPr>
          <w:b/>
        </w:rPr>
        <w:t xml:space="preserve">Nur eine Schätzung?: </w:t>
      </w:r>
      <w:r>
        <w:t>Dann ist es kein Angebot. Überschrift und Vermerk ändern: invoicebetter.de/kostenvoranschlag-angebot/</w:t>
      </w:r>
    </w:p>
    <w:p>
      <w:pPr>
        <w:spacing w:after="60" w:before="200"/>
      </w:pPr>
      <w:r>
        <w:rPr>
          <w:b w:val="0"/>
          <w:color w:val="6B7280"/>
          <w:sz w:val="17"/>
        </w:rPr>
        <w:t>Unverbindliche Vorlage für Angebote an Privat- und Geschäftskunden.</w:t>
      </w:r>
    </w:p>
    <w:p>
      <w:pPr>
        <w:spacing w:after="60" w:before="0"/>
      </w:pPr>
      <w:r>
        <w:rPr>
          <w:b w:val="0"/>
          <w:color w:val="9CA3AF"/>
          <w:sz w:val="17"/>
        </w:rPr>
        <w:t>Vorlage bereitgestellt von Invoice Better (invoicebetter.de). Stand November 2026. Allgemeine Information, keine Steuer- oder Rechtsberatung.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Angebotsvorlage Handwerker (Deutschland)</dc:title>
  <dc:subject/>
  <dc:creator>Invoice Better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